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F59" w:rsidRDefault="00000000">
      <w:pPr>
        <w:spacing w:after="20" w:line="240" w:lineRule="auto"/>
        <w:jc w:val="center"/>
      </w:pPr>
      <w:r>
        <w:rPr>
          <w:b/>
          <w:sz w:val="20"/>
        </w:rPr>
        <w:t>T.C. AFYON KOCATEPE ÜNİVERSİTESİ</w:t>
      </w:r>
      <w:r>
        <w:rPr>
          <w:b/>
          <w:sz w:val="20"/>
        </w:rPr>
        <w:br/>
        <w:t xml:space="preserve">Eğitim Fakültesi İngilizce Öğretmenliği </w:t>
      </w:r>
      <w:r w:rsidR="00E82AEA">
        <w:rPr>
          <w:b/>
          <w:sz w:val="20"/>
        </w:rPr>
        <w:t>Programı</w:t>
      </w:r>
    </w:p>
    <w:p w:rsidR="00A41F59" w:rsidRDefault="00000000">
      <w:pPr>
        <w:spacing w:after="60" w:line="240" w:lineRule="auto"/>
        <w:jc w:val="center"/>
      </w:pPr>
      <w:r>
        <w:rPr>
          <w:b/>
          <w:sz w:val="21"/>
        </w:rPr>
        <w:t>ÖĞRETMENLİK UYGULAMASI DÖNEM BAŞI OKUL GÖRÜŞMESİ VE PLANLAMA FORMU</w:t>
      </w:r>
    </w:p>
    <w:p w:rsidR="00A41F59" w:rsidRDefault="00000000">
      <w:pPr>
        <w:spacing w:after="20" w:line="240" w:lineRule="auto"/>
      </w:pPr>
      <w:r>
        <w:rPr>
          <w:b/>
          <w:sz w:val="18"/>
        </w:rPr>
        <w:t>1. Toplantı Bilgileri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3855"/>
        <w:gridCol w:w="1928"/>
        <w:gridCol w:w="2948"/>
      </w:tblGrid>
      <w:tr w:rsidR="00A41F59">
        <w:trPr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Tarih / Saat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 / …… / 20……    …………</w:t>
            </w:r>
          </w:p>
        </w:tc>
        <w:tc>
          <w:tcPr>
            <w:tcW w:w="19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Dönem</w:t>
            </w:r>
          </w:p>
        </w:tc>
        <w:tc>
          <w:tcPr>
            <w:tcW w:w="294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Güz / Bahar</w:t>
            </w:r>
          </w:p>
        </w:tc>
      </w:tr>
      <w:tr w:rsidR="00A41F59">
        <w:trPr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Uygulama Okulu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…………………………………………………………</w:t>
            </w:r>
          </w:p>
        </w:tc>
        <w:tc>
          <w:tcPr>
            <w:tcW w:w="19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Sınıf Düzeyleri</w:t>
            </w:r>
          </w:p>
        </w:tc>
        <w:tc>
          <w:tcPr>
            <w:tcW w:w="294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………………</w:t>
            </w:r>
          </w:p>
        </w:tc>
      </w:tr>
      <w:tr w:rsidR="00A41F59">
        <w:trPr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Uygulama Öğretim Elemanı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…………………………………………………………</w:t>
            </w:r>
          </w:p>
        </w:tc>
        <w:tc>
          <w:tcPr>
            <w:tcW w:w="19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Uygulama Öğretmeni</w:t>
            </w:r>
          </w:p>
        </w:tc>
        <w:tc>
          <w:tcPr>
            <w:tcW w:w="294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…………………………………………</w:t>
            </w:r>
          </w:p>
        </w:tc>
      </w:tr>
      <w:tr w:rsidR="00A41F59">
        <w:trPr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Okul Yöneticisi / Koordinatörü</w:t>
            </w:r>
          </w:p>
        </w:tc>
        <w:tc>
          <w:tcPr>
            <w:tcW w:w="38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…………………………………………………………</w:t>
            </w:r>
          </w:p>
        </w:tc>
        <w:tc>
          <w:tcPr>
            <w:tcW w:w="19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İletişim Kanalı</w:t>
            </w:r>
          </w:p>
        </w:tc>
        <w:tc>
          <w:tcPr>
            <w:tcW w:w="294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Tel. / E-posta / WhatsApp</w:t>
            </w:r>
          </w:p>
        </w:tc>
      </w:tr>
    </w:tbl>
    <w:p w:rsidR="00A41F59" w:rsidRDefault="00000000">
      <w:pPr>
        <w:spacing w:after="20" w:line="240" w:lineRule="auto"/>
      </w:pPr>
      <w:r>
        <w:rPr>
          <w:b/>
          <w:sz w:val="18"/>
        </w:rPr>
        <w:t>2. Amaç</w:t>
      </w:r>
    </w:p>
    <w:p w:rsidR="00A41F59" w:rsidRDefault="00000000">
      <w:pPr>
        <w:spacing w:after="40" w:line="240" w:lineRule="auto"/>
      </w:pPr>
      <w:r>
        <w:rPr>
          <w:sz w:val="16"/>
        </w:rPr>
        <w:t>Bu form, Öğretmenlik Uygulaması dersi kapsamında dönem başında uygulama okulu, uygulama öğretmeni ve uygulama öğretim elemanı arasında iş birliğini sağlamak; uygulama günleri, gözlem, ders anlatımı, geri bildirim, değerlendirme ve iletişim süreçlerini planlamak amacıyla düzenlenmiştir.</w:t>
      </w:r>
    </w:p>
    <w:p w:rsidR="00A41F59" w:rsidRDefault="00000000">
      <w:pPr>
        <w:spacing w:after="20" w:line="240" w:lineRule="auto"/>
      </w:pPr>
      <w:r>
        <w:rPr>
          <w:b/>
          <w:sz w:val="18"/>
        </w:rPr>
        <w:t>3. Görüşülen Başlıklar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5443"/>
      </w:tblGrid>
      <w:tr w:rsidR="00A41F59">
        <w:trPr>
          <w:jc w:val="center"/>
        </w:trPr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Tarafların tanışması ve görev paylaşımı</w:t>
            </w:r>
          </w:p>
        </w:tc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Dersin amacı, kapsamı ve beklentiler</w:t>
            </w:r>
          </w:p>
        </w:tc>
      </w:tr>
      <w:tr w:rsidR="00A41F59">
        <w:trPr>
          <w:jc w:val="center"/>
        </w:trPr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Uygulama günleri, saatleri ve sınıf düzeyleri</w:t>
            </w:r>
          </w:p>
        </w:tc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Okul kuralları, etik ilkeler ve devam yükümlülüğü</w:t>
            </w:r>
          </w:p>
        </w:tc>
      </w:tr>
      <w:tr w:rsidR="00A41F59">
        <w:trPr>
          <w:jc w:val="center"/>
        </w:trPr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Gözlem, ders planı, materyal ve ders anlatımı</w:t>
            </w:r>
          </w:p>
        </w:tc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Uygulama öğretmeni rehberliği ve geri bildirim</w:t>
            </w:r>
          </w:p>
        </w:tc>
      </w:tr>
      <w:tr w:rsidR="00A41F59">
        <w:trPr>
          <w:jc w:val="center"/>
        </w:trPr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Öğretim elemanı ziyareti, izleme ve değerlendirme</w:t>
            </w:r>
          </w:p>
        </w:tc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Portfolyo/dosya, formlar ve MEBBİS süreci</w:t>
            </w:r>
          </w:p>
        </w:tc>
      </w:tr>
      <w:tr w:rsidR="00A41F59">
        <w:trPr>
          <w:jc w:val="center"/>
        </w:trPr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Okul olanakları ve olası sorunlarda çözüm yolu</w:t>
            </w:r>
          </w:p>
        </w:tc>
        <w:tc>
          <w:tcPr>
            <w:tcW w:w="54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[ ] Dilek, öneri ve ek ihtiyaçlar</w:t>
            </w:r>
          </w:p>
        </w:tc>
      </w:tr>
    </w:tbl>
    <w:p w:rsidR="00A41F59" w:rsidRDefault="00000000">
      <w:pPr>
        <w:spacing w:after="20" w:line="240" w:lineRule="auto"/>
      </w:pPr>
      <w:r>
        <w:rPr>
          <w:b/>
          <w:sz w:val="18"/>
        </w:rPr>
        <w:t>4. Uygulama Planı ve Kararlar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7937"/>
      </w:tblGrid>
      <w:tr w:rsidR="00A41F59">
        <w:trPr>
          <w:jc w:val="center"/>
        </w:trPr>
        <w:tc>
          <w:tcPr>
            <w:tcW w:w="306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Uygulama günü/saatleri</w:t>
            </w:r>
          </w:p>
        </w:tc>
        <w:tc>
          <w:tcPr>
            <w:tcW w:w="793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E82AEA">
              <w:rPr>
                <w:sz w:val="16"/>
              </w:rPr>
              <w:t>………………………………………………………………………………………………</w:t>
            </w:r>
          </w:p>
          <w:p w:rsidR="00E82AEA" w:rsidRDefault="00E82AEA" w:rsidP="00E82AEA">
            <w:pPr>
              <w:spacing w:after="0" w:line="240" w:lineRule="auto"/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41F59">
        <w:trPr>
          <w:jc w:val="center"/>
        </w:trPr>
        <w:tc>
          <w:tcPr>
            <w:tcW w:w="306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Gözlem ve ders anlatımı planı</w:t>
            </w:r>
          </w:p>
        </w:tc>
        <w:tc>
          <w:tcPr>
            <w:tcW w:w="793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 w:rsidP="00E82AEA">
            <w:pPr>
              <w:spacing w:after="0" w:line="240" w:lineRule="auto"/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E82AEA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41F59">
        <w:trPr>
          <w:jc w:val="center"/>
        </w:trPr>
        <w:tc>
          <w:tcPr>
            <w:tcW w:w="306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Ders planı, materyal ve geri bildirim süreci</w:t>
            </w:r>
          </w:p>
        </w:tc>
        <w:tc>
          <w:tcPr>
            <w:tcW w:w="793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E82AEA" w:rsidRDefault="00000000" w:rsidP="00E82AEA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E82AEA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41F59" w:rsidRDefault="00A41F59">
            <w:pPr>
              <w:spacing w:after="0" w:line="240" w:lineRule="auto"/>
            </w:pPr>
          </w:p>
        </w:tc>
      </w:tr>
      <w:tr w:rsidR="00A41F59">
        <w:trPr>
          <w:jc w:val="center"/>
        </w:trPr>
        <w:tc>
          <w:tcPr>
            <w:tcW w:w="306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Okul ortamı / teknoloji / materyal notları</w:t>
            </w:r>
          </w:p>
        </w:tc>
        <w:tc>
          <w:tcPr>
            <w:tcW w:w="793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E82AEA" w:rsidRDefault="00000000" w:rsidP="00E82AEA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E82AEA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41F59" w:rsidRDefault="00A41F59">
            <w:pPr>
              <w:spacing w:after="0" w:line="240" w:lineRule="auto"/>
            </w:pPr>
          </w:p>
        </w:tc>
      </w:tr>
      <w:tr w:rsidR="00A41F59">
        <w:trPr>
          <w:jc w:val="center"/>
        </w:trPr>
        <w:tc>
          <w:tcPr>
            <w:tcW w:w="306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Ek kararlar / sorun-çözüm notu</w:t>
            </w:r>
          </w:p>
        </w:tc>
        <w:tc>
          <w:tcPr>
            <w:tcW w:w="793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E82AEA" w:rsidRDefault="00000000" w:rsidP="00E82AEA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E82AEA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41F59" w:rsidRDefault="00A41F59">
            <w:pPr>
              <w:spacing w:after="0" w:line="240" w:lineRule="auto"/>
            </w:pPr>
          </w:p>
        </w:tc>
      </w:tr>
    </w:tbl>
    <w:p w:rsidR="00A41F59" w:rsidRDefault="00000000">
      <w:pPr>
        <w:spacing w:after="20" w:line="240" w:lineRule="auto"/>
      </w:pPr>
      <w:r>
        <w:rPr>
          <w:b/>
          <w:sz w:val="18"/>
        </w:rPr>
        <w:t>5. Sonuç</w:t>
      </w:r>
    </w:p>
    <w:p w:rsidR="00A41F59" w:rsidRDefault="00000000">
      <w:pPr>
        <w:spacing w:after="40" w:line="240" w:lineRule="auto"/>
      </w:pPr>
      <w:r>
        <w:rPr>
          <w:sz w:val="16"/>
        </w:rPr>
        <w:t>Yapılan görüşmede öğretmenlik uygulaması sürecinin düzenli, iş birliğine dayalı ve izlenebilir biçimde yürütülmesi için gerekli planlama yapılmış; tarafların görev ve sorumlulukları, uygulama takvimi, geri bildirim ve iletişim esasları görüşülerek karara bağlanmıştır.</w:t>
      </w:r>
    </w:p>
    <w:p w:rsidR="00A41F59" w:rsidRDefault="00000000">
      <w:pPr>
        <w:spacing w:after="20" w:line="240" w:lineRule="auto"/>
      </w:pPr>
      <w:r>
        <w:rPr>
          <w:b/>
          <w:sz w:val="18"/>
        </w:rPr>
        <w:t>6. İmzalar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57"/>
        <w:gridCol w:w="3657"/>
        <w:gridCol w:w="3657"/>
      </w:tblGrid>
      <w:tr w:rsidR="00A41F59">
        <w:trPr>
          <w:jc w:val="center"/>
        </w:trPr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Uygulama Öğretim Elemanı</w:t>
            </w:r>
          </w:p>
        </w:tc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Uygulama Öğretmeni</w:t>
            </w:r>
          </w:p>
        </w:tc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Okul Müdürü / Müdür Yrd. / Koordinatör</w:t>
            </w:r>
          </w:p>
        </w:tc>
      </w:tr>
      <w:tr w:rsidR="00A41F59">
        <w:trPr>
          <w:jc w:val="center"/>
        </w:trPr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Adı Soyadı: …………………………………</w:t>
            </w:r>
            <w:r>
              <w:rPr>
                <w:sz w:val="16"/>
              </w:rPr>
              <w:br/>
              <w:t>İmza: ………………………………………</w:t>
            </w:r>
          </w:p>
        </w:tc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Adı Soyadı: …………………………………</w:t>
            </w:r>
            <w:r>
              <w:rPr>
                <w:sz w:val="16"/>
              </w:rPr>
              <w:br/>
              <w:t>İmza: ………………………………………</w:t>
            </w:r>
          </w:p>
        </w:tc>
        <w:tc>
          <w:tcPr>
            <w:tcW w:w="365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A41F59" w:rsidRDefault="00000000">
            <w:pPr>
              <w:spacing w:after="0" w:line="240" w:lineRule="auto"/>
            </w:pPr>
            <w:r>
              <w:rPr>
                <w:sz w:val="16"/>
              </w:rPr>
              <w:t>Adı Soyadı: …………………………………</w:t>
            </w:r>
            <w:r>
              <w:rPr>
                <w:sz w:val="16"/>
              </w:rPr>
              <w:br/>
              <w:t>İmza: ………………………………………</w:t>
            </w:r>
          </w:p>
        </w:tc>
      </w:tr>
    </w:tbl>
    <w:p w:rsidR="00667615" w:rsidRDefault="00667615"/>
    <w:sectPr w:rsidR="00667615" w:rsidSect="00034616">
      <w:footerReference w:type="default" r:id="rId8"/>
      <w:pgSz w:w="11906" w:h="16838"/>
      <w:pgMar w:top="397" w:right="454" w:bottom="369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615" w:rsidRDefault="00667615">
      <w:pPr>
        <w:spacing w:after="0" w:line="240" w:lineRule="auto"/>
      </w:pPr>
      <w:r>
        <w:separator/>
      </w:r>
    </w:p>
  </w:endnote>
  <w:endnote w:type="continuationSeparator" w:id="0">
    <w:p w:rsidR="00667615" w:rsidRDefault="00667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F59" w:rsidRDefault="00000000">
    <w:pPr>
      <w:pStyle w:val="AltBilgi"/>
      <w:jc w:val="center"/>
    </w:pPr>
    <w:r>
      <w:rPr>
        <w:i/>
        <w:sz w:val="14"/>
      </w:rPr>
      <w:t xml:space="preserve">Not: Form, </w:t>
    </w:r>
    <w:proofErr w:type="spellStart"/>
    <w:r>
      <w:rPr>
        <w:i/>
        <w:sz w:val="14"/>
      </w:rPr>
      <w:t>dönem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başında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uygulama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okulu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ziyareti</w:t>
    </w:r>
    <w:proofErr w:type="spellEnd"/>
    <w:r>
      <w:rPr>
        <w:i/>
        <w:sz w:val="14"/>
      </w:rPr>
      <w:t>/</w:t>
    </w:r>
    <w:proofErr w:type="spellStart"/>
    <w:r>
      <w:rPr>
        <w:i/>
        <w:sz w:val="14"/>
      </w:rPr>
      <w:t>görüşmesi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sırasında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doldurularak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bölüm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arşivine</w:t>
    </w:r>
    <w:proofErr w:type="spellEnd"/>
    <w:r>
      <w:rPr>
        <w:i/>
        <w:sz w:val="14"/>
      </w:rPr>
      <w:t xml:space="preserve"> </w:t>
    </w:r>
    <w:proofErr w:type="spellStart"/>
    <w:r>
      <w:rPr>
        <w:i/>
        <w:sz w:val="14"/>
      </w:rPr>
      <w:t>alınır</w:t>
    </w:r>
    <w:proofErr w:type="spellEnd"/>
    <w:r>
      <w:rPr>
        <w:i/>
        <w:sz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615" w:rsidRDefault="00667615">
      <w:pPr>
        <w:spacing w:after="0" w:line="240" w:lineRule="auto"/>
      </w:pPr>
      <w:r>
        <w:separator/>
      </w:r>
    </w:p>
  </w:footnote>
  <w:footnote w:type="continuationSeparator" w:id="0">
    <w:p w:rsidR="00667615" w:rsidRDefault="00667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6761903">
    <w:abstractNumId w:val="8"/>
  </w:num>
  <w:num w:numId="2" w16cid:durableId="1487697512">
    <w:abstractNumId w:val="6"/>
  </w:num>
  <w:num w:numId="3" w16cid:durableId="1359238131">
    <w:abstractNumId w:val="5"/>
  </w:num>
  <w:num w:numId="4" w16cid:durableId="1358117055">
    <w:abstractNumId w:val="4"/>
  </w:num>
  <w:num w:numId="5" w16cid:durableId="1897929553">
    <w:abstractNumId w:val="7"/>
  </w:num>
  <w:num w:numId="6" w16cid:durableId="663554967">
    <w:abstractNumId w:val="3"/>
  </w:num>
  <w:num w:numId="7" w16cid:durableId="1813056527">
    <w:abstractNumId w:val="2"/>
  </w:num>
  <w:num w:numId="8" w16cid:durableId="1891527505">
    <w:abstractNumId w:val="1"/>
  </w:num>
  <w:num w:numId="9" w16cid:durableId="100794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5136"/>
    <w:rsid w:val="0029639D"/>
    <w:rsid w:val="00326F90"/>
    <w:rsid w:val="00522721"/>
    <w:rsid w:val="00667615"/>
    <w:rsid w:val="00A41F59"/>
    <w:rsid w:val="00AA1D8D"/>
    <w:rsid w:val="00B47730"/>
    <w:rsid w:val="00CB0664"/>
    <w:rsid w:val="00E82A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8C2C5"/>
  <w14:defaultImageDpi w14:val="300"/>
  <w15:docId w15:val="{1F8F8B8C-1542-C347-95FC-99845258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 w:cs="Arial"/>
      <w:sz w:val="1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Fatih Güngör</cp:lastModifiedBy>
  <cp:revision>2</cp:revision>
  <dcterms:created xsi:type="dcterms:W3CDTF">2026-08-18T12:20:00Z</dcterms:created>
  <dcterms:modified xsi:type="dcterms:W3CDTF">2026-08-18T12:20:00Z</dcterms:modified>
  <cp:category/>
</cp:coreProperties>
</file>